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האלים האולימפיים ותחומי האחריות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סיפורי מטמורפוזות לביטויים בעברית בני זמננו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שמסבירים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זאוס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אחד הסיפורים המרכזיים על ראשית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מכאן נולדה המילה נרקיסיזם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אכילס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אל לתחום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(שליט האלים ואל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(אל 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(אלת החוכמה)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 - התוהו ובוהו הראשוני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 ואוראנוס - כדור הארץ והשמיים נולדים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הטיטאנים וקרונוס שולטים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סיפור, מתאר את עיקרי העלילה בקצרה ומנסה להסביר את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הבדל: הטיטאנים שלטו לפני האלים, האולימפיים הם הדור הבא ששולט מההר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אל ותחום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שינוי צורה ודוגמה מהרשימה: נרקיס, דדלוס ואיקרוס, ארכנה, מידס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סמלי האלים (ברק, קלשון, ינשוף) ולבקש לנחש למי הם שייכים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הביטויים לשיחה על מילים בעברית שמוכרות לתלמידים מהיומיום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במיתולוגיה היוונית מסופר על אלים, טיטאנים וגיבורים שחיו, לדעת היוונים הקדמונים, על הר האולימפוס ועיצבו את העולם. מהסיפורים האלה הגיעו לעברית ביטויים שאנחנו עדיין משתמשים בהם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אכילס  ·  טיטאנים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מיתולוגיה?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אוסף סיפורים עתיקים שמסבירים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מלכים היסטוריים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ניצח את קרונוס והפך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פרומתאוס גנב אש מהאלים ונתן אותה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התאהב בבבואה של עצמו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האלים האולימפיים שלטו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הביטוי עקב __________ מתאר נקודת חולשה נסתרת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אל לתחום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אלת החוכמה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שליט האלים ואל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אל 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הטיטאנים וקרונוס שולטים בעולם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גאיה ואוראנוס - כדור הארץ והשמיים נולדים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כאוס - התוהו ובוהו הראשוני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מטמורפוזה אחד (נרקיס, פיגמליון, דדלוס ואיקרוס או מידס) וכתבו בקצרה מה קרה בו ולמה לדעתכם מישהו משתנה בצורה כזאת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אלים אולימפיים לטיטאנים?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אל אחד ואת התחום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