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האלים האולימפיים ותחומי האחריות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סיפורי מטמורפוזות לביטויים בעברית בני זמננו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אוסף סיפורים עתיקים שמסבירים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שנים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הסיפורים המרכזיים על ראשית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 הים הוא פוסידון, זאוס הוא אל השמיים ומלך האלים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מכאן נולדה המילה נרקיסיזם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איקרוס טס קרוב מדי לשמש והכנפיים נמסו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בתיבה היו צרות ורעות שהשתחררו לעולם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אפולו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אכילס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אל לתחום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(שליט האלים ואל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(אל 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(אלת החוכמה)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(אלת האהבה והיופי)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(שליח האלים)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כאוס - התוהו ובוהו הראשוני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 ואוראנוס - כדור הארץ והשמיים נולדים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הטיטאנים וקרונוס שולטים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זאוס מנצח את קרונוס ואת הטיטאנים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האלים האולימפיים שולטים מהר האולימפוס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סיפור, מתאר את עיקרי העלילה בקצרה ומנסה להסביר את המשמעות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מזהה ביטוי, מקשר אותו לסיפור המקורי ומסביר איך הוא משמש בעברית של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הבדל: הטיטאנים שלטו לפני האלים, האולימפיים הם הדור הבא ששולט מההר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אל ותחום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שינוי צורה ודוגמה מהרשימה: נרקיס, דדלוס ואיקרוס, ארכנה, מידס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סמלי האלים (ברק, קלשון, ינשוף) ולבקש לנחש למי הם שייכים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הביטויים לשיחה על מילים בעברית שמוכרות לתלמידים מהיומיום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במיתולוגיה היוונית יש סיפורים ישנים על אלים וגיבורים. בדף הזה נלמד על האלים, הסיפורים שלהם, ומילים בעברית שבאו מהם.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עתיק שמסביר תופעה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טיטאן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קדום מלפני האלים האולימפיים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אולימפוס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 שבו גרים האלים הראשיים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צורה, למשל מאדם לצמח או לחיה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כאוס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התוהו ובוהו שהיה קיים לפני בריאת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פנתיאון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כל האלים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נרקיסיזם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אהבה מוגזמת לעצמך, על שם נרקיס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עקב אכילס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תורפה נסתרת של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מיתולוגיה?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אוסף סיפורים עתיקים שמסבירים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חוקים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מלכים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מחזה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שלט לפני זאוס?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הפך למלך 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עיר ידועה בחיילים חזקים?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קורינתוס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אלים ראשיים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פרומתאוס גנב אש מהאלים ונתן אותה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היה אל 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התאהב בבבואה של עצמו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דדלוס ואיקרוס ברחו בעזרת כנפיים מנוצות ושעווה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תיבת פנדורה הייתה מלאה רק בדברים טובים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האלים האולימפיים שלטו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האל __________ היה אל השמש, האור והמוזיקה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הביטוי עקב __________ מתאר נקודת חולשה נסתרת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הפכה לעכבישה אחרי שהתחרתה עם אתנה באריגה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אל לתחום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אלת האהבה והיופי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שליח האלים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שליט האלים ואל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 הים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הרמס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אלת החוכמה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הבריאה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האלים האולימפיים שולטים מהר האולימפוס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מנצח את קרונוס ואת הטיטאנים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גאיה ואוראנוס - כדור הארץ והשמיים נולדים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הטיטאנים וקרונוס שולטים בעולם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כאוס - התוהו ובוהו הראשוני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מטמורפוזה אחד (נרקיס, פיגמליון, דדלוס ואיקרוס או מידס) וכתבו בקצרה מה קרה בו ולמה לדעתכם מישהו משתנה בצורה כזאת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ביטוי עברי שמקורו במיתולוגיה (למשל נרקיסיזם, עקב אכילס, תיבת פנדורה) והסבירו את הקשר בין הסיפור למשמעות של הביטוי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אלים אולימפיים לטיטאנים?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אל אחד ואת התחום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מטמורפוזה, ותנו דוגמה אחת מהסיפורים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