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האלים האולימפיים ותחומי האחריות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סיפורי מטמורפוזות לביטויים בעברית בני זמננו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אוסף סיפורים עתיקים שמסבירים את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קרונוס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זאוס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ספרטה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שנים עשר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אחד הסיפורים המרכזיים על ראשית 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 הים הוא פוסידון, זאוס הוא אל השמיים ומלך האלים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מכאן נולדה המילה נרקיסיזם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איקרוס טס קרוב מדי לשמש והכנפיים נמסו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בתיבה היו צרות ורעות שהשתחררו לעולם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טיטאנים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אפולו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אכילס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אל לתחום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(שליט האלים ואל 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(אל הים)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(אלת החוכמה)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(אלת האהבה והיופי)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(שליח האלים)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הבריאה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כאוס - התוהו ובוהו הראשוני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גאיה ואוראנוס - כדור הארץ והשמיים נולדים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הטיטאנים וקרונוס שולטים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זאוס מנצח את קרונוס ואת הטיטאנים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האלים האולימפיים שולטים מהר האולימפוס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סיפור, מתאר את עיקרי העלילה בקצרה ומנסה להסביר את המשמעות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מזהה ביטוי, מקשר אותו לסיפור המקורי ומסביר איך הוא משמש בעברית של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הבדל: הטיטאנים שלטו לפני האלים, האולימפיים הם הדור הבא ששולט מההר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עם אל ותחום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שינוי צורה ודוגמה מהרשימה: נרקיס, דדלוס ואיקרוס, ארכנה, מידס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סמלי האלים (ברק, קלשון, ינשוף) ולבקש לנחש למי הם שייכים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חלק הביטויים לשיחה על מילים בעברית שמוכרות לתלמידים מהיומיום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עבודה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במיתולוגיה היוונית מסופר על אלים, טיטאנים וגיבורים שחיו, לדעת היוונים הקדמונים, על הר האולימפוס ועיצבו את העולם. מהסיפורים האלה הגיעו לעברית ביטויים שאנחנו עדיין משתמשים בהם היום.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מיתולוגיה?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אוסף סיפורים עתיקים שמסבירים את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חוקים יווני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מלכים היסטוריים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מחזה תיאטרון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היה אבי האלים לפני זאוס?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פוסידון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ניצח את קרונוס והפך למלך האלים?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דיוניסוס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עיר יוונית התפרסמה בחיילים ובמשמעת 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קורינתוס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אלים אולימפיים עיקריים נהוג למנות?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שנים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פרומתאוס גנב אש מהאלים ונתן אותה לבני האדם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זאוס היה אל הים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התאהב בבבואה של עצמו במים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דדלוס ואיקרוס ברחו בעזרת כנפיים מנוצות ושעווה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תיבת פנדורה הייתה מלאה רק בדברים טובים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האלים האולימפיים שלטו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האל __________ היה אל השמש, האור והמוזיקה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הביטוי עקב __________ מתאר נקודת חולשה נסתרת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הפכה לעכבישה אחרי שהתחרתה עם אתנה באריגה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אל לתחום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אלת האהבה והיופי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פוסידון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שליח האלים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אל הים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אפרודיטה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שליט האלים ואל 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הרמס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אלת החוכמה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הבריאה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זאוס מנצח את קרונוס ואת הטיטאנים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האלים האולימפיים שולטים מהר האולימפוס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כאוס - התוהו ובוהו הראשוני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הטיטאנים וקרונוס שולטים בעולם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גאיה ואוראנוס - כדור הארץ והשמיים נולדים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סיפור מטמורפוזה אחד (נרקיס, פיגמליון, דדלוס ואיקרוס או מידס) וכתבו בקצרה מה קרה בו ולמה לדעתכם מישהו משתנה בצורה כזאת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ביטוי עברי שמקורו במיתולוגיה (למשל נרקיסיזם, עקב אכילס, תיבת פנדורה) והסבירו את הקשר בין הסיפור למשמעות של הביטוי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אלים אולימפיים לטיטאנים?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אל אחד ואת התחום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מטמורפוזה, ותנו דוגמה אחת מהסיפורים שלמדנו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המיתולוגיה היוונית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